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وتسيير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بن حبيب/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33018866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