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للتحليل النقدي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حميدات/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OPU4203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الصرف/ النقد/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