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محاضرات في إقتصاد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شاكر القزويني/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9789961004432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الودائع/ النظام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