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تحقيق الدقة في إدارة الجودة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العال النعيمي/ د راتب جليل صويص/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إثراء/ مكتبة الجامعة/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240ص.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9789957493042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الجودة الشاملة/ سيجما ستة/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