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960245772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الجودة/ تخطيط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