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طلعت الدمرداش/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القدس/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9770450103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سلوك المستهلك/ السعر/ علم الاقتصاد/ السوق الحر/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