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متقدمة في المراجعة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الفيومي محمد/ علاء الدين محمد الدميري/ أيمن أحمد أحمد شتيوي/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الفتح/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مراجعة النظم المحاسبية/ الحاسب/ القوائم المختصرة/ مخاطر المراجعة/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