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الخوصصة والتصحيحات الهيكلية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ضياء مجيد الموسوي/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ديوان المطبوعات الجامعية/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122ص.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22*15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9961002571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القطاع العام/ اقتصاديات السوق/ البيروسترويكا/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