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إلى الإقتصاد السياسي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اللطيف بن أشنهو/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401030356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الرأسمالية/ الايديولوجية/ الكينزي/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