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الإقتصاد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فليح حسن خلف/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9789957466688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الجزئي/ الاقتصاد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