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الاداء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محمد صبحي إدريس/ 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إدارة الأداء الاستراتيجي(N°:None)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9789957117634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تقييم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