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في دراسة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أعمر يحياوي/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996166714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الايرادات العامة/ النفقات/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