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والنقود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OPU2931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العملة/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