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إبراهيم بختي/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الالكترونية/ الانترنيت/ المؤسسة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