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النظريات والسياسات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بلعزوز بن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التضخم/ النظريات النقدية/ الاصلاح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