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خالد أمين عبد الله/ د إسماعيل إبراهيم الطراد/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