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محمد عبد الفتاح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9799957181122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الاقتصاد المالي/ العلوم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