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السعر واستخداماتها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دونالدس-واتسن/ ماري أ-هولمان/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9772120577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