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د زكريا أحمد عزام/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9789957063139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