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الرياضيات المالية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وليد أحمد صافي/ د شقيري نوري موسى/ د محمود إبراهيم نور/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9789957064624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الربا/ الرياضيات المالية/ الفائدة/ السندات/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