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عدنان كريم نجم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9957449044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الأسهم/ السندات/ الفائدة البسيطة/ الفائدة المركبة/ الاندثار/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