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طارق الحاج/ د فليح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الأسعار/ الطلب/ الانتاج/ الاسواق/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