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الفائدة/ الاقتصاد الاسلامي/ البنوك الاسلامية/ المخاطرة/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