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الوجيز في الفكر الإقتصادي الوضعي و الإسلامي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عبد الجبار حمد عبيد السبهاني/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9957111663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الفكر الاقتصادي/ الفكر الاقتصادي الاسلامي/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