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الجدوى وتقييم المشروعات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الرسول عبد الرزاق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9789957114763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الاقتصادي/ التقييم المالي/ التقييم الاجتماعي/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