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الأسواق المالية والنقدية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خالد وهيب الراوي/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المسيرة/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386ص.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9957060279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الاستثمار/ الأوراق المالية/ الربح/ التسعير/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