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التحليل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مروان السمان/ أ د أحمد زهير شامية/ أ د محمد ظافر محبك/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9789953163079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التحليل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