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الديون المصرفية المتعثرة والأزمة المالية المصرفية العالمية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عبد المطلب عبد الحميد/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الدار الجامعية/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378ص.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9774221079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الازمة المالية/ الديون المصرفية/ امريكا/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