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البورصات والأسواق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وسام ملاك/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33033066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