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 و النظرية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هيل عجمي جميل الجنابي/ رمزي ياسين يسع أرسلان/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9789957117764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النقود/ النظريات/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