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عبد الوهاب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المستهلك/ العرض/ الانتاج/ علم الاقتصاد/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