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منتجات ال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3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نتجات/ تطوير المنت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