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منظمات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محفوظ جودة/ د حسن الزعبي/ د ياسر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9789957114589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منظمات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