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فوزي ملوخية/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977388242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المشكلة الاقتصادية/ نظرية الثمن/ نظرية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