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ورقابة التخزين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جاسم ناصر حسين/ صباح مجيد النجار/ حميد خير الله سلمان/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الرقابة/ التخزين/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