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Malcolm Rutherford/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