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النقد العالمي وأسعار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بسام الحجار/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المنهل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السيولة/ اسعار الصرف/ النظام النقدي العالمي/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