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النقدي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النظام النقدي/ النظام المصرفي/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