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منير شاكر محمد/ أد إسماعيل إسماعيل/ د عبد الناصر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9789957115838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