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تطور الفكر الإقتصادي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مدحت القريشي/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9789957117375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