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اساسيات و مبادئ إدارة الأعمال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 علي الضلاعين/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يزيد للنشر/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253ص.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658153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ادارة الاعمال/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