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والأسواق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هوشيار معروف/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9789957241117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محاسبة الاستثمارات/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