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نداء محمد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سلسلة الوجيز في العلوم الادارية6(N°:6)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الاردن/ الحماية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