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نعمة الله نجيب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نظرية الانتاج/ توازن السوق/ نظرية العرض/ نظرية التوزيع/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