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الأوراق التجارية والإفلاس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مصطفى كمال طه/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الاوراق التجارية/ الافلاس/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