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موردخاي كريانين/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المنظمات التجارية/ العلاقات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