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صفوت قابل/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المنوفية/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المشكلة الاقتصادية/ النظام الاقتصادي/ السلع/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