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إبراهيم التلاحمة/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القانون التجارى/ الاوراق التجارية/ العمليات المصرفية/ شركات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