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للعلوم القانونية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حبيب ابراهيم الخليلي/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