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شركات الأموال في القانون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فضيل/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9789961011096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شركات الأموال/ الشركات المختلطة/ القانون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